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4D3EF" w14:textId="77777777" w:rsidR="00C83DF8" w:rsidRPr="00E3541B" w:rsidRDefault="00000000">
      <w:pPr>
        <w:spacing w:after="0" w:line="360" w:lineRule="auto"/>
        <w:jc w:val="center"/>
        <w:rPr>
          <w:rFonts w:ascii="方正小标宋_GBK" w:eastAsia="方正小标宋_GBK"/>
          <w:lang w:eastAsia="zh-CN"/>
        </w:rPr>
      </w:pPr>
      <w:r w:rsidRPr="00E3541B">
        <w:rPr>
          <w:rFonts w:ascii="方正小标宋_GBK" w:eastAsia="方正小标宋_GBK" w:hint="eastAsia"/>
          <w:color w:val="000000"/>
          <w:sz w:val="32"/>
          <w:lang w:eastAsia="zh-CN"/>
        </w:rPr>
        <w:t>2026年江苏海事职业技术学院学生技能竞赛</w:t>
      </w:r>
    </w:p>
    <w:p w14:paraId="47432289" w14:textId="2EEB8AF0" w:rsidR="00C83DF8" w:rsidRPr="00E3541B" w:rsidRDefault="00711671">
      <w:pPr>
        <w:spacing w:after="0" w:line="360" w:lineRule="auto"/>
        <w:jc w:val="center"/>
        <w:rPr>
          <w:rFonts w:ascii="方正小标宋_GBK" w:eastAsia="方正小标宋_GBK"/>
          <w:lang w:eastAsia="zh-CN"/>
        </w:rPr>
      </w:pPr>
      <w:r w:rsidRPr="00E3541B">
        <w:rPr>
          <w:rFonts w:ascii="方正小标宋_GBK" w:eastAsia="方正小标宋_GBK" w:hint="eastAsia"/>
          <w:color w:val="000000"/>
          <w:sz w:val="32"/>
          <w:lang w:eastAsia="zh-CN"/>
        </w:rPr>
        <w:t>船舶与智能制造CAD/CAM技能大赛竞赛日程安排</w:t>
      </w:r>
    </w:p>
    <w:p w14:paraId="7590A9C6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b/>
          <w:color w:val="000000"/>
          <w:lang w:eastAsia="zh-CN"/>
        </w:rPr>
        <w:t>一、总体安排</w:t>
      </w:r>
    </w:p>
    <w:p w14:paraId="49CE001F" w14:textId="7DF7E378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本次大赛分集训和正式比赛两个阶段。集训时间为</w:t>
      </w:r>
      <w:r>
        <w:rPr>
          <w:color w:val="000000"/>
          <w:lang w:eastAsia="zh-CN"/>
        </w:rPr>
        <w:t>2026</w:t>
      </w:r>
      <w:r>
        <w:rPr>
          <w:color w:val="000000"/>
          <w:lang w:eastAsia="zh-CN"/>
        </w:rPr>
        <w:t>年</w:t>
      </w:r>
      <w:r>
        <w:rPr>
          <w:color w:val="000000"/>
          <w:lang w:eastAsia="zh-CN"/>
        </w:rPr>
        <w:t>11</w:t>
      </w:r>
      <w:r>
        <w:rPr>
          <w:color w:val="000000"/>
          <w:lang w:eastAsia="zh-CN"/>
        </w:rPr>
        <w:t>月</w:t>
      </w:r>
      <w:r>
        <w:rPr>
          <w:color w:val="000000"/>
          <w:lang w:eastAsia="zh-CN"/>
        </w:rPr>
        <w:t>16—17</w:t>
      </w:r>
      <w:r>
        <w:rPr>
          <w:color w:val="000000"/>
          <w:lang w:eastAsia="zh-CN"/>
        </w:rPr>
        <w:t>日（周一、周二），正式比赛时间为</w:t>
      </w:r>
      <w:r w:rsidRPr="003E0600">
        <w:rPr>
          <w:color w:val="000000"/>
          <w:lang w:eastAsia="zh-CN"/>
        </w:rPr>
        <w:t>2026</w:t>
      </w:r>
      <w:r w:rsidRPr="003E0600">
        <w:rPr>
          <w:color w:val="000000"/>
          <w:lang w:eastAsia="zh-CN"/>
        </w:rPr>
        <w:t>年</w:t>
      </w:r>
      <w:r w:rsidRPr="003E0600">
        <w:rPr>
          <w:color w:val="000000"/>
          <w:lang w:eastAsia="zh-CN"/>
        </w:rPr>
        <w:t>11</w:t>
      </w:r>
      <w:r w:rsidRPr="003E0600">
        <w:rPr>
          <w:color w:val="000000"/>
          <w:lang w:eastAsia="zh-CN"/>
        </w:rPr>
        <w:t>月</w:t>
      </w:r>
      <w:r w:rsidRPr="003E0600">
        <w:rPr>
          <w:color w:val="000000"/>
          <w:lang w:eastAsia="zh-CN"/>
        </w:rPr>
        <w:t>18</w:t>
      </w:r>
      <w:r w:rsidRPr="003E0600">
        <w:rPr>
          <w:color w:val="000000"/>
          <w:lang w:eastAsia="zh-CN"/>
        </w:rPr>
        <w:t>日（周三）。比赛地点为</w:t>
      </w:r>
      <w:r w:rsidR="00C62D5A" w:rsidRPr="003E0600">
        <w:rPr>
          <w:rFonts w:hint="eastAsia"/>
          <w:color w:val="000000"/>
          <w:lang w:eastAsia="zh-CN"/>
        </w:rPr>
        <w:t>力行楼</w:t>
      </w:r>
      <w:r w:rsidR="00952257" w:rsidRPr="003E0600">
        <w:rPr>
          <w:rFonts w:hint="eastAsia"/>
          <w:color w:val="000000"/>
          <w:lang w:eastAsia="zh-CN"/>
        </w:rPr>
        <w:t>206</w:t>
      </w:r>
      <w:r w:rsidRPr="003E0600">
        <w:rPr>
          <w:color w:val="000000"/>
          <w:lang w:eastAsia="zh-CN"/>
        </w:rPr>
        <w:t>机房。各参赛选手、指导</w:t>
      </w:r>
      <w:r>
        <w:rPr>
          <w:color w:val="000000"/>
          <w:lang w:eastAsia="zh-CN"/>
        </w:rPr>
        <w:t>教师须按照日程安排按时参加各项活动。</w:t>
      </w:r>
    </w:p>
    <w:p w14:paraId="7EE79460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b/>
          <w:color w:val="000000"/>
          <w:lang w:eastAsia="zh-CN"/>
        </w:rPr>
        <w:t>二、集训日程（</w:t>
      </w:r>
      <w:r>
        <w:rPr>
          <w:b/>
          <w:color w:val="000000"/>
          <w:lang w:eastAsia="zh-CN"/>
        </w:rPr>
        <w:t>11</w:t>
      </w:r>
      <w:r>
        <w:rPr>
          <w:b/>
          <w:color w:val="000000"/>
          <w:lang w:eastAsia="zh-CN"/>
        </w:rPr>
        <w:t>月</w:t>
      </w:r>
      <w:r>
        <w:rPr>
          <w:b/>
          <w:color w:val="000000"/>
          <w:lang w:eastAsia="zh-CN"/>
        </w:rPr>
        <w:t>16—17</w:t>
      </w:r>
      <w:r>
        <w:rPr>
          <w:b/>
          <w:color w:val="000000"/>
          <w:lang w:eastAsia="zh-CN"/>
        </w:rPr>
        <w:t>日）</w:t>
      </w:r>
    </w:p>
    <w:p w14:paraId="15343564" w14:textId="77777777" w:rsidR="00C83DF8" w:rsidRDefault="00000000">
      <w:pPr>
        <w:spacing w:before="120" w:after="80" w:line="240" w:lineRule="auto"/>
        <w:jc w:val="center"/>
      </w:pPr>
      <w:r>
        <w:rPr>
          <w:b/>
          <w:color w:val="000000"/>
          <w:sz w:val="21"/>
        </w:rPr>
        <w:t>表</w:t>
      </w:r>
      <w:r>
        <w:rPr>
          <w:b/>
          <w:color w:val="000000"/>
          <w:sz w:val="21"/>
        </w:rPr>
        <w:t xml:space="preserve">1 </w:t>
      </w:r>
      <w:proofErr w:type="spellStart"/>
      <w:r>
        <w:rPr>
          <w:b/>
          <w:color w:val="000000"/>
          <w:sz w:val="21"/>
        </w:rPr>
        <w:t>集训日程表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1587"/>
        <w:gridCol w:w="3628"/>
        <w:gridCol w:w="1134"/>
      </w:tblGrid>
      <w:tr w:rsidR="00C83DF8" w14:paraId="007C6C65" w14:textId="77777777" w:rsidTr="00314FB6">
        <w:trPr>
          <w:cantSplit/>
          <w:trHeight w:val="505"/>
          <w:tblHeader/>
          <w:jc w:val="center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F10364" w14:textId="77777777" w:rsidR="00C83DF8" w:rsidRDefault="00000000">
            <w:pPr>
              <w:jc w:val="center"/>
            </w:pPr>
            <w:proofErr w:type="spellStart"/>
            <w:r>
              <w:rPr>
                <w:b/>
                <w:color w:val="000000"/>
                <w:sz w:val="21"/>
              </w:rPr>
              <w:t>日期</w:t>
            </w:r>
            <w:proofErr w:type="spellEnd"/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1BC06F" w14:textId="77777777" w:rsidR="00C83DF8" w:rsidRDefault="00000000">
            <w:pPr>
              <w:jc w:val="center"/>
            </w:pPr>
            <w:proofErr w:type="spellStart"/>
            <w:r>
              <w:rPr>
                <w:b/>
                <w:color w:val="000000"/>
                <w:sz w:val="21"/>
              </w:rPr>
              <w:t>时间</w:t>
            </w:r>
            <w:proofErr w:type="spellEnd"/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B2497F" w14:textId="77777777" w:rsidR="00C83DF8" w:rsidRDefault="00000000">
            <w:pPr>
              <w:jc w:val="center"/>
            </w:pPr>
            <w:proofErr w:type="spellStart"/>
            <w:r>
              <w:rPr>
                <w:b/>
                <w:color w:val="000000"/>
                <w:sz w:val="21"/>
              </w:rPr>
              <w:t>内容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BA91E9" w14:textId="77777777" w:rsidR="00C83DF8" w:rsidRDefault="00000000">
            <w:pPr>
              <w:jc w:val="center"/>
            </w:pPr>
            <w:proofErr w:type="spellStart"/>
            <w:r>
              <w:rPr>
                <w:b/>
                <w:color w:val="000000"/>
                <w:sz w:val="21"/>
              </w:rPr>
              <w:t>地点</w:t>
            </w:r>
            <w:proofErr w:type="spellEnd"/>
          </w:p>
        </w:tc>
      </w:tr>
      <w:tr w:rsidR="00B30BAA" w14:paraId="7F1B986E" w14:textId="77777777" w:rsidTr="00FC5718">
        <w:trPr>
          <w:cantSplit/>
          <w:jc w:val="center"/>
        </w:trPr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00FD77" w14:textId="77777777" w:rsidR="00282062" w:rsidRDefault="00B30BAA">
            <w:pPr>
              <w:jc w:val="center"/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</w:rPr>
              <w:t>11</w:t>
            </w:r>
            <w:r>
              <w:rPr>
                <w:color w:val="000000"/>
                <w:sz w:val="21"/>
              </w:rPr>
              <w:t>月</w:t>
            </w:r>
            <w:r>
              <w:rPr>
                <w:color w:val="000000"/>
                <w:sz w:val="21"/>
              </w:rPr>
              <w:t>16</w:t>
            </w:r>
            <w:r>
              <w:rPr>
                <w:color w:val="000000"/>
                <w:sz w:val="21"/>
              </w:rPr>
              <w:t>日</w:t>
            </w:r>
          </w:p>
          <w:p w14:paraId="4056FC83" w14:textId="7B90184B" w:rsidR="00B30BAA" w:rsidRDefault="00B30BAA">
            <w:pPr>
              <w:jc w:val="center"/>
            </w:pPr>
            <w:r>
              <w:rPr>
                <w:color w:val="000000"/>
                <w:sz w:val="21"/>
              </w:rPr>
              <w:t>（</w:t>
            </w:r>
            <w:proofErr w:type="spellStart"/>
            <w:r>
              <w:rPr>
                <w:color w:val="000000"/>
                <w:sz w:val="21"/>
              </w:rPr>
              <w:t>周一</w:t>
            </w:r>
            <w:proofErr w:type="spellEnd"/>
            <w:r>
              <w:rPr>
                <w:color w:val="000000"/>
                <w:sz w:val="21"/>
              </w:rPr>
              <w:t>）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212AB" w14:textId="48FD6086" w:rsidR="00B30BAA" w:rsidRDefault="00B30BAA">
            <w:r>
              <w:rPr>
                <w:rFonts w:hint="eastAsia"/>
                <w:color w:val="000000"/>
                <w:sz w:val="21"/>
                <w:lang w:eastAsia="zh-CN"/>
              </w:rPr>
              <w:t>15</w:t>
            </w:r>
            <w:r>
              <w:rPr>
                <w:color w:val="000000"/>
                <w:sz w:val="21"/>
              </w:rPr>
              <w:t>:30—1</w:t>
            </w:r>
            <w:r>
              <w:rPr>
                <w:rFonts w:hint="eastAsia"/>
                <w:color w:val="000000"/>
                <w:sz w:val="21"/>
                <w:lang w:eastAsia="zh-CN"/>
              </w:rPr>
              <w:t>6</w:t>
            </w:r>
            <w:r>
              <w:rPr>
                <w:color w:val="000000"/>
                <w:sz w:val="21"/>
              </w:rPr>
              <w:t>:30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10B4" w14:textId="77777777" w:rsidR="00B30BAA" w:rsidRDefault="00B30BA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报到、开班动员；绘图环境设置与图层设置集训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700D" w14:textId="580055BF" w:rsidR="00B30BAA" w:rsidRDefault="00B30BAA">
            <w:r>
              <w:rPr>
                <w:rFonts w:hint="eastAsia"/>
                <w:color w:val="000000"/>
                <w:sz w:val="21"/>
                <w:lang w:eastAsia="zh-CN"/>
              </w:rPr>
              <w:t>力行楼</w:t>
            </w:r>
            <w:r>
              <w:rPr>
                <w:rFonts w:hint="eastAsia"/>
                <w:color w:val="000000"/>
                <w:sz w:val="21"/>
                <w:lang w:eastAsia="zh-CN"/>
              </w:rPr>
              <w:t>206</w:t>
            </w:r>
            <w:r>
              <w:rPr>
                <w:color w:val="000000"/>
                <w:sz w:val="21"/>
              </w:rPr>
              <w:t>机房</w:t>
            </w:r>
          </w:p>
        </w:tc>
      </w:tr>
      <w:tr w:rsidR="00B30BAA" w14:paraId="2E5F9FAA" w14:textId="77777777" w:rsidTr="00FC5718">
        <w:trPr>
          <w:cantSplit/>
          <w:jc w:val="center"/>
        </w:trPr>
        <w:tc>
          <w:tcPr>
            <w:tcW w:w="18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3C1E0" w14:textId="77777777" w:rsidR="00B30BAA" w:rsidRDefault="00B30BAA" w:rsidP="00C62D5A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8969" w14:textId="393E05A1" w:rsidR="00B30BAA" w:rsidRDefault="00B30BAA" w:rsidP="00C62D5A">
            <w:r>
              <w:rPr>
                <w:color w:val="000000"/>
                <w:sz w:val="21"/>
              </w:rPr>
              <w:t>1</w:t>
            </w:r>
            <w:r>
              <w:rPr>
                <w:rFonts w:hint="eastAsia"/>
                <w:color w:val="000000"/>
                <w:sz w:val="21"/>
                <w:lang w:eastAsia="zh-CN"/>
              </w:rPr>
              <w:t>8</w:t>
            </w:r>
            <w:r>
              <w:rPr>
                <w:color w:val="000000"/>
                <w:sz w:val="21"/>
              </w:rPr>
              <w:t>:</w:t>
            </w:r>
            <w:r>
              <w:rPr>
                <w:rFonts w:hint="eastAsia"/>
                <w:color w:val="000000"/>
                <w:sz w:val="21"/>
                <w:lang w:eastAsia="zh-CN"/>
              </w:rPr>
              <w:t>3</w:t>
            </w:r>
            <w:r>
              <w:rPr>
                <w:color w:val="000000"/>
                <w:sz w:val="21"/>
              </w:rPr>
              <w:t>0—</w:t>
            </w:r>
            <w:r>
              <w:rPr>
                <w:rFonts w:hint="eastAsia"/>
                <w:color w:val="000000"/>
                <w:sz w:val="21"/>
                <w:lang w:eastAsia="zh-CN"/>
              </w:rPr>
              <w:t>20</w:t>
            </w:r>
            <w:r>
              <w:rPr>
                <w:color w:val="000000"/>
                <w:sz w:val="21"/>
              </w:rPr>
              <w:t>:00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17596" w14:textId="77777777" w:rsidR="00B30BAA" w:rsidRDefault="00B30BAA" w:rsidP="00C62D5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船舶识（读）图集训（总体图样、结构图样、工艺图样识读）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8B975" w14:textId="64A44348" w:rsidR="00B30BAA" w:rsidRDefault="00B30BAA" w:rsidP="00C62D5A">
            <w:r>
              <w:rPr>
                <w:rFonts w:hint="eastAsia"/>
                <w:color w:val="000000"/>
                <w:sz w:val="21"/>
                <w:lang w:eastAsia="zh-CN"/>
              </w:rPr>
              <w:t>力行楼</w:t>
            </w:r>
            <w:r>
              <w:rPr>
                <w:rFonts w:hint="eastAsia"/>
                <w:color w:val="000000"/>
                <w:sz w:val="21"/>
                <w:lang w:eastAsia="zh-CN"/>
              </w:rPr>
              <w:t>206</w:t>
            </w:r>
            <w:r>
              <w:rPr>
                <w:color w:val="000000"/>
                <w:sz w:val="21"/>
              </w:rPr>
              <w:t>机房</w:t>
            </w:r>
          </w:p>
        </w:tc>
      </w:tr>
      <w:tr w:rsidR="00B30BAA" w14:paraId="0F476B8C" w14:textId="77777777" w:rsidTr="00E34FA9">
        <w:trPr>
          <w:cantSplit/>
          <w:jc w:val="center"/>
        </w:trPr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0C2D35" w14:textId="77777777" w:rsidR="00282062" w:rsidRDefault="00B30BAA" w:rsidP="00C62D5A">
            <w:pPr>
              <w:jc w:val="center"/>
              <w:rPr>
                <w:color w:val="000000"/>
                <w:sz w:val="21"/>
                <w:lang w:eastAsia="zh-CN"/>
              </w:rPr>
            </w:pPr>
            <w:r>
              <w:rPr>
                <w:color w:val="000000"/>
                <w:sz w:val="21"/>
              </w:rPr>
              <w:t>11</w:t>
            </w:r>
            <w:r>
              <w:rPr>
                <w:color w:val="000000"/>
                <w:sz w:val="21"/>
              </w:rPr>
              <w:t>月</w:t>
            </w:r>
            <w:r>
              <w:rPr>
                <w:color w:val="000000"/>
                <w:sz w:val="21"/>
              </w:rPr>
              <w:t>17</w:t>
            </w:r>
            <w:r>
              <w:rPr>
                <w:color w:val="000000"/>
                <w:sz w:val="21"/>
              </w:rPr>
              <w:t>日</w:t>
            </w:r>
          </w:p>
          <w:p w14:paraId="257CF9C0" w14:textId="5B08A0C3" w:rsidR="00B30BAA" w:rsidRDefault="00B30BAA" w:rsidP="00C62D5A">
            <w:pPr>
              <w:jc w:val="center"/>
            </w:pPr>
            <w:r>
              <w:rPr>
                <w:color w:val="000000"/>
                <w:sz w:val="21"/>
              </w:rPr>
              <w:t>（</w:t>
            </w:r>
            <w:proofErr w:type="spellStart"/>
            <w:r>
              <w:rPr>
                <w:color w:val="000000"/>
                <w:sz w:val="21"/>
              </w:rPr>
              <w:t>周二</w:t>
            </w:r>
            <w:proofErr w:type="spellEnd"/>
            <w:r>
              <w:rPr>
                <w:color w:val="000000"/>
                <w:sz w:val="21"/>
              </w:rPr>
              <w:t>）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60F0B" w14:textId="6E137CD6" w:rsidR="00B30BAA" w:rsidRDefault="00B30BAA" w:rsidP="00C62D5A">
            <w:r>
              <w:rPr>
                <w:rFonts w:hint="eastAsia"/>
                <w:color w:val="000000"/>
                <w:sz w:val="21"/>
                <w:lang w:eastAsia="zh-CN"/>
              </w:rPr>
              <w:t>15</w:t>
            </w:r>
            <w:r>
              <w:rPr>
                <w:color w:val="000000"/>
                <w:sz w:val="21"/>
              </w:rPr>
              <w:t>:30—1</w:t>
            </w:r>
            <w:r>
              <w:rPr>
                <w:rFonts w:hint="eastAsia"/>
                <w:color w:val="000000"/>
                <w:sz w:val="21"/>
                <w:lang w:eastAsia="zh-CN"/>
              </w:rPr>
              <w:t>6</w:t>
            </w:r>
            <w:r>
              <w:rPr>
                <w:color w:val="000000"/>
                <w:sz w:val="21"/>
              </w:rPr>
              <w:t>:30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C001A" w14:textId="77777777" w:rsidR="00B30BAA" w:rsidRDefault="00B30BAA" w:rsidP="00C62D5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计算机二维绘图集训（常用绘图、编辑命令实操）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9687" w14:textId="3F369A1B" w:rsidR="00B30BAA" w:rsidRDefault="00B30BAA" w:rsidP="00C62D5A">
            <w:r>
              <w:rPr>
                <w:rFonts w:hint="eastAsia"/>
                <w:color w:val="000000"/>
                <w:sz w:val="21"/>
                <w:lang w:eastAsia="zh-CN"/>
              </w:rPr>
              <w:t>力行楼</w:t>
            </w:r>
            <w:r>
              <w:rPr>
                <w:rFonts w:hint="eastAsia"/>
                <w:color w:val="000000"/>
                <w:sz w:val="21"/>
                <w:lang w:eastAsia="zh-CN"/>
              </w:rPr>
              <w:t>206</w:t>
            </w:r>
            <w:r>
              <w:rPr>
                <w:color w:val="000000"/>
                <w:sz w:val="21"/>
              </w:rPr>
              <w:t>机房</w:t>
            </w:r>
          </w:p>
        </w:tc>
      </w:tr>
      <w:tr w:rsidR="00B30BAA" w14:paraId="5061B280" w14:textId="77777777" w:rsidTr="00E34FA9">
        <w:trPr>
          <w:cantSplit/>
          <w:jc w:val="center"/>
        </w:trPr>
        <w:tc>
          <w:tcPr>
            <w:tcW w:w="18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9DAB" w14:textId="77777777" w:rsidR="00B30BAA" w:rsidRDefault="00B30BAA" w:rsidP="00C62D5A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91BA" w14:textId="7EAF6181" w:rsidR="00B30BAA" w:rsidRDefault="00B30BAA" w:rsidP="00C62D5A">
            <w:r>
              <w:rPr>
                <w:color w:val="000000"/>
                <w:sz w:val="21"/>
              </w:rPr>
              <w:t>1</w:t>
            </w:r>
            <w:r>
              <w:rPr>
                <w:rFonts w:hint="eastAsia"/>
                <w:color w:val="000000"/>
                <w:sz w:val="21"/>
                <w:lang w:eastAsia="zh-CN"/>
              </w:rPr>
              <w:t>8</w:t>
            </w:r>
            <w:r>
              <w:rPr>
                <w:color w:val="000000"/>
                <w:sz w:val="21"/>
              </w:rPr>
              <w:t>:</w:t>
            </w:r>
            <w:r>
              <w:rPr>
                <w:rFonts w:hint="eastAsia"/>
                <w:color w:val="000000"/>
                <w:sz w:val="21"/>
                <w:lang w:eastAsia="zh-CN"/>
              </w:rPr>
              <w:t>3</w:t>
            </w:r>
            <w:r>
              <w:rPr>
                <w:color w:val="000000"/>
                <w:sz w:val="21"/>
              </w:rPr>
              <w:t>0—</w:t>
            </w:r>
            <w:r>
              <w:rPr>
                <w:rFonts w:hint="eastAsia"/>
                <w:color w:val="000000"/>
                <w:sz w:val="21"/>
                <w:lang w:eastAsia="zh-CN"/>
              </w:rPr>
              <w:t>20</w:t>
            </w:r>
            <w:r>
              <w:rPr>
                <w:color w:val="000000"/>
                <w:sz w:val="21"/>
              </w:rPr>
              <w:t>:00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92F8F" w14:textId="77777777" w:rsidR="00B30BAA" w:rsidRDefault="00B30BAA" w:rsidP="00C62D5A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模拟练习、答疑、熟悉赛场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7A7C" w14:textId="4B395D12" w:rsidR="00B30BAA" w:rsidRDefault="00B30BAA" w:rsidP="00C62D5A">
            <w:r>
              <w:rPr>
                <w:rFonts w:hint="eastAsia"/>
                <w:color w:val="000000"/>
                <w:sz w:val="21"/>
                <w:lang w:eastAsia="zh-CN"/>
              </w:rPr>
              <w:t>力行楼</w:t>
            </w:r>
            <w:r>
              <w:rPr>
                <w:rFonts w:hint="eastAsia"/>
                <w:color w:val="000000"/>
                <w:sz w:val="21"/>
                <w:lang w:eastAsia="zh-CN"/>
              </w:rPr>
              <w:t>206</w:t>
            </w:r>
            <w:r>
              <w:rPr>
                <w:color w:val="000000"/>
                <w:sz w:val="21"/>
              </w:rPr>
              <w:t>机房</w:t>
            </w:r>
          </w:p>
        </w:tc>
      </w:tr>
    </w:tbl>
    <w:p w14:paraId="4F09AEF7" w14:textId="5100F9F1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集训期间，各参赛</w:t>
      </w:r>
      <w:r w:rsidR="00711671">
        <w:rPr>
          <w:rFonts w:hint="eastAsia"/>
          <w:color w:val="000000"/>
          <w:lang w:eastAsia="zh-CN"/>
        </w:rPr>
        <w:t>人员</w:t>
      </w:r>
      <w:r>
        <w:rPr>
          <w:color w:val="000000"/>
          <w:lang w:eastAsia="zh-CN"/>
        </w:rPr>
        <w:t>可结合赛项技术规范（《金属船体制图》</w:t>
      </w:r>
      <w:r>
        <w:rPr>
          <w:color w:val="000000"/>
          <w:lang w:eastAsia="zh-CN"/>
        </w:rPr>
        <w:t>GB4476—2008</w:t>
      </w:r>
      <w:r>
        <w:rPr>
          <w:color w:val="000000"/>
          <w:lang w:eastAsia="zh-CN"/>
        </w:rPr>
        <w:t>等）进行针对性训练，指导教师做好业务辅导与安全管理工作。</w:t>
      </w:r>
    </w:p>
    <w:p w14:paraId="418A2B19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b/>
          <w:color w:val="000000"/>
          <w:lang w:eastAsia="zh-CN"/>
        </w:rPr>
        <w:t>三、正式比赛日程（</w:t>
      </w:r>
      <w:r>
        <w:rPr>
          <w:b/>
          <w:color w:val="000000"/>
          <w:lang w:eastAsia="zh-CN"/>
        </w:rPr>
        <w:t>11</w:t>
      </w:r>
      <w:r>
        <w:rPr>
          <w:b/>
          <w:color w:val="000000"/>
          <w:lang w:eastAsia="zh-CN"/>
        </w:rPr>
        <w:t>月</w:t>
      </w:r>
      <w:r>
        <w:rPr>
          <w:b/>
          <w:color w:val="000000"/>
          <w:lang w:eastAsia="zh-CN"/>
        </w:rPr>
        <w:t>18</w:t>
      </w:r>
      <w:r>
        <w:rPr>
          <w:b/>
          <w:color w:val="000000"/>
          <w:lang w:eastAsia="zh-CN"/>
        </w:rPr>
        <w:t>日，周三）</w:t>
      </w:r>
    </w:p>
    <w:p w14:paraId="6CA4311A" w14:textId="77777777" w:rsidR="00C83DF8" w:rsidRDefault="00000000">
      <w:pPr>
        <w:spacing w:before="120" w:after="80" w:line="240" w:lineRule="auto"/>
        <w:jc w:val="center"/>
      </w:pPr>
      <w:r>
        <w:rPr>
          <w:b/>
          <w:color w:val="000000"/>
          <w:sz w:val="21"/>
        </w:rPr>
        <w:t>表</w:t>
      </w:r>
      <w:r>
        <w:rPr>
          <w:b/>
          <w:color w:val="000000"/>
          <w:sz w:val="21"/>
        </w:rPr>
        <w:t xml:space="preserve">2 </w:t>
      </w:r>
      <w:proofErr w:type="spellStart"/>
      <w:r>
        <w:rPr>
          <w:b/>
          <w:color w:val="000000"/>
          <w:sz w:val="21"/>
        </w:rPr>
        <w:t>正式比赛日程表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2494"/>
        <w:gridCol w:w="3855"/>
      </w:tblGrid>
      <w:tr w:rsidR="00C83DF8" w14:paraId="0B82A58F" w14:textId="77777777" w:rsidTr="00314FB6">
        <w:trPr>
          <w:cantSplit/>
          <w:trHeight w:val="571"/>
          <w:tblHeader/>
          <w:jc w:val="center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FC962C" w14:textId="77777777" w:rsidR="00C83DF8" w:rsidRDefault="00000000">
            <w:pPr>
              <w:jc w:val="center"/>
            </w:pPr>
            <w:proofErr w:type="spellStart"/>
            <w:r>
              <w:rPr>
                <w:b/>
                <w:color w:val="000000"/>
                <w:sz w:val="21"/>
              </w:rPr>
              <w:t>时间</w:t>
            </w:r>
            <w:proofErr w:type="spellEnd"/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1A0D33" w14:textId="77777777" w:rsidR="00C83DF8" w:rsidRDefault="00000000">
            <w:pPr>
              <w:jc w:val="center"/>
            </w:pPr>
            <w:proofErr w:type="spellStart"/>
            <w:r>
              <w:rPr>
                <w:b/>
                <w:color w:val="000000"/>
                <w:sz w:val="21"/>
              </w:rPr>
              <w:t>内容</w:t>
            </w:r>
            <w:proofErr w:type="spellEnd"/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7910B4" w14:textId="77777777" w:rsidR="00C83DF8" w:rsidRDefault="00000000">
            <w:pPr>
              <w:jc w:val="center"/>
            </w:pPr>
            <w:proofErr w:type="spellStart"/>
            <w:r>
              <w:rPr>
                <w:b/>
                <w:color w:val="000000"/>
                <w:sz w:val="21"/>
              </w:rPr>
              <w:t>说明</w:t>
            </w:r>
            <w:proofErr w:type="spellEnd"/>
          </w:p>
        </w:tc>
      </w:tr>
      <w:tr w:rsidR="00C83DF8" w14:paraId="6486918D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6131A" w14:textId="11E1C8F4" w:rsidR="00C83DF8" w:rsidRDefault="00D05580">
            <w:pPr>
              <w:jc w:val="center"/>
            </w:pPr>
            <w:r>
              <w:rPr>
                <w:rFonts w:hint="eastAsia"/>
                <w:color w:val="000000"/>
                <w:sz w:val="21"/>
                <w:lang w:eastAsia="zh-CN"/>
              </w:rPr>
              <w:t>1</w:t>
            </w:r>
            <w:r w:rsidR="00832CCC">
              <w:rPr>
                <w:rFonts w:hint="eastAsia"/>
                <w:color w:val="000000"/>
                <w:sz w:val="21"/>
                <w:lang w:eastAsia="zh-CN"/>
              </w:rPr>
              <w:t>4</w:t>
            </w:r>
            <w:r>
              <w:rPr>
                <w:color w:val="000000"/>
                <w:sz w:val="21"/>
              </w:rPr>
              <w:t>:00—</w:t>
            </w:r>
            <w:r>
              <w:rPr>
                <w:rFonts w:hint="eastAsia"/>
                <w:color w:val="000000"/>
                <w:sz w:val="21"/>
                <w:lang w:eastAsia="zh-CN"/>
              </w:rPr>
              <w:t>1</w:t>
            </w:r>
            <w:r w:rsidR="00832CCC">
              <w:rPr>
                <w:rFonts w:hint="eastAsia"/>
                <w:color w:val="000000"/>
                <w:sz w:val="21"/>
                <w:lang w:eastAsia="zh-CN"/>
              </w:rPr>
              <w:t>4</w:t>
            </w:r>
            <w:r>
              <w:rPr>
                <w:color w:val="000000"/>
                <w:sz w:val="21"/>
              </w:rPr>
              <w:t>:30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7901C" w14:textId="77777777" w:rsidR="00C83DF8" w:rsidRDefault="00000000">
            <w:proofErr w:type="spellStart"/>
            <w:r>
              <w:rPr>
                <w:color w:val="000000"/>
                <w:sz w:val="21"/>
              </w:rPr>
              <w:t>检录入场</w:t>
            </w:r>
            <w:proofErr w:type="spellEnd"/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367A" w14:textId="77777777" w:rsidR="00C83DF8" w:rsidRDefault="0000000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凭参赛证、身份证、学生证检录</w:t>
            </w:r>
          </w:p>
        </w:tc>
      </w:tr>
      <w:tr w:rsidR="00C83DF8" w14:paraId="407C67CE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C702" w14:textId="392695FA" w:rsidR="00C83DF8" w:rsidRDefault="00D05580">
            <w:pPr>
              <w:jc w:val="center"/>
            </w:pPr>
            <w:r>
              <w:rPr>
                <w:rFonts w:hint="eastAsia"/>
                <w:color w:val="000000"/>
                <w:sz w:val="21"/>
                <w:lang w:eastAsia="zh-CN"/>
              </w:rPr>
              <w:t>1</w:t>
            </w:r>
            <w:r w:rsidR="00832CCC">
              <w:rPr>
                <w:rFonts w:hint="eastAsia"/>
                <w:color w:val="000000"/>
                <w:sz w:val="21"/>
                <w:lang w:eastAsia="zh-CN"/>
              </w:rPr>
              <w:t>4</w:t>
            </w:r>
            <w:r>
              <w:rPr>
                <w:color w:val="000000"/>
                <w:sz w:val="21"/>
              </w:rPr>
              <w:t>:30—</w:t>
            </w:r>
            <w:r>
              <w:rPr>
                <w:rFonts w:hint="eastAsia"/>
                <w:color w:val="000000"/>
                <w:sz w:val="21"/>
                <w:lang w:eastAsia="zh-CN"/>
              </w:rPr>
              <w:t>1</w:t>
            </w:r>
            <w:r w:rsidR="00832CCC">
              <w:rPr>
                <w:rFonts w:hint="eastAsia"/>
                <w:color w:val="000000"/>
                <w:sz w:val="21"/>
                <w:lang w:eastAsia="zh-CN"/>
              </w:rPr>
              <w:t>5</w:t>
            </w:r>
            <w:r>
              <w:rPr>
                <w:color w:val="000000"/>
                <w:sz w:val="21"/>
              </w:rPr>
              <w:t>:00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6A12" w14:textId="77777777" w:rsidR="00C83DF8" w:rsidRDefault="00000000">
            <w:proofErr w:type="spellStart"/>
            <w:r>
              <w:rPr>
                <w:color w:val="000000"/>
                <w:sz w:val="21"/>
              </w:rPr>
              <w:t>开赛式</w:t>
            </w:r>
            <w:proofErr w:type="spellEnd"/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2647" w14:textId="77777777" w:rsidR="00C83DF8" w:rsidRDefault="00000000">
            <w:pPr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宣布比赛纪律及注意事项</w:t>
            </w:r>
          </w:p>
        </w:tc>
      </w:tr>
      <w:tr w:rsidR="00C83DF8" w14:paraId="5C7FF7A0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D5E4" w14:textId="5DE8BCB6" w:rsidR="00C83DF8" w:rsidRDefault="00000000">
            <w:pPr>
              <w:jc w:val="center"/>
            </w:pPr>
            <w:r>
              <w:rPr>
                <w:color w:val="000000"/>
                <w:sz w:val="21"/>
              </w:rPr>
              <w:t>1</w:t>
            </w:r>
            <w:r w:rsidR="00D05580">
              <w:rPr>
                <w:rFonts w:hint="eastAsia"/>
                <w:color w:val="000000"/>
                <w:sz w:val="21"/>
                <w:lang w:eastAsia="zh-CN"/>
              </w:rPr>
              <w:t>5</w:t>
            </w:r>
            <w:r>
              <w:rPr>
                <w:color w:val="000000"/>
                <w:sz w:val="21"/>
              </w:rPr>
              <w:t>:</w:t>
            </w:r>
            <w:r w:rsidR="00832CCC">
              <w:rPr>
                <w:rFonts w:hint="eastAsia"/>
                <w:color w:val="000000"/>
                <w:sz w:val="21"/>
                <w:lang w:eastAsia="zh-CN"/>
              </w:rPr>
              <w:t>1</w:t>
            </w:r>
            <w:r>
              <w:rPr>
                <w:color w:val="000000"/>
                <w:sz w:val="21"/>
              </w:rPr>
              <w:t>0—1</w:t>
            </w:r>
            <w:r w:rsidR="00D05580">
              <w:rPr>
                <w:rFonts w:hint="eastAsia"/>
                <w:color w:val="000000"/>
                <w:sz w:val="21"/>
                <w:lang w:eastAsia="zh-CN"/>
              </w:rPr>
              <w:t>7</w:t>
            </w:r>
            <w:r>
              <w:rPr>
                <w:color w:val="000000"/>
                <w:sz w:val="21"/>
              </w:rPr>
              <w:t>:</w:t>
            </w:r>
            <w:r w:rsidR="00832CCC">
              <w:rPr>
                <w:rFonts w:hint="eastAsia"/>
                <w:color w:val="000000"/>
                <w:sz w:val="21"/>
                <w:lang w:eastAsia="zh-CN"/>
              </w:rPr>
              <w:t>1</w:t>
            </w:r>
            <w:r>
              <w:rPr>
                <w:color w:val="000000"/>
                <w:sz w:val="21"/>
              </w:rPr>
              <w:t>0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454E2" w14:textId="77777777" w:rsidR="00C83DF8" w:rsidRDefault="00000000">
            <w:proofErr w:type="spellStart"/>
            <w:r>
              <w:rPr>
                <w:color w:val="000000"/>
                <w:sz w:val="21"/>
              </w:rPr>
              <w:t>计算机二维绘图考试</w:t>
            </w:r>
            <w:proofErr w:type="spellEnd"/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3FC3" w14:textId="77777777" w:rsidR="00C83DF8" w:rsidRDefault="00000000">
            <w:r>
              <w:rPr>
                <w:color w:val="000000"/>
                <w:sz w:val="21"/>
              </w:rPr>
              <w:t>120</w:t>
            </w:r>
            <w:r>
              <w:rPr>
                <w:color w:val="000000"/>
                <w:sz w:val="21"/>
              </w:rPr>
              <w:t>分钟</w:t>
            </w:r>
          </w:p>
        </w:tc>
      </w:tr>
      <w:tr w:rsidR="00C83DF8" w14:paraId="06BF4D8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FAA8" w14:textId="1390FB4D" w:rsidR="00C83DF8" w:rsidRDefault="00D05580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赛后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0EA40" w14:textId="77777777" w:rsidR="00C83DF8" w:rsidRDefault="00000000">
            <w:proofErr w:type="spellStart"/>
            <w:r>
              <w:rPr>
                <w:color w:val="000000"/>
                <w:sz w:val="21"/>
              </w:rPr>
              <w:t>成绩评定</w:t>
            </w:r>
            <w:proofErr w:type="spellEnd"/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96C1" w14:textId="77777777" w:rsidR="00C83DF8" w:rsidRDefault="00000000">
            <w:proofErr w:type="spellStart"/>
            <w:r>
              <w:rPr>
                <w:color w:val="000000"/>
                <w:sz w:val="21"/>
              </w:rPr>
              <w:t>裁判组阅卷评定</w:t>
            </w:r>
            <w:proofErr w:type="spellEnd"/>
          </w:p>
        </w:tc>
      </w:tr>
      <w:tr w:rsidR="00C83DF8" w14:paraId="3FC08414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A8C2" w14:textId="3C057B36" w:rsidR="00C83DF8" w:rsidRDefault="00D05580">
            <w:pPr>
              <w:jc w:val="center"/>
            </w:pPr>
            <w:r>
              <w:rPr>
                <w:rFonts w:hint="eastAsia"/>
                <w:lang w:eastAsia="zh-CN"/>
              </w:rPr>
              <w:t>赛后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FD74" w14:textId="09E42BEA" w:rsidR="00C83DF8" w:rsidRDefault="00D05580">
            <w:pPr>
              <w:rPr>
                <w:lang w:eastAsia="zh-CN"/>
              </w:rPr>
            </w:pPr>
            <w:r>
              <w:rPr>
                <w:rFonts w:hint="eastAsia"/>
                <w:color w:val="000000"/>
                <w:sz w:val="21"/>
                <w:lang w:eastAsia="zh-CN"/>
              </w:rPr>
              <w:t>公布成绩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44964" w14:textId="77777777" w:rsidR="00C83DF8" w:rsidRDefault="00000000">
            <w:proofErr w:type="spellStart"/>
            <w:r>
              <w:rPr>
                <w:color w:val="000000"/>
                <w:sz w:val="21"/>
              </w:rPr>
              <w:t>公布成绩并颁发证书</w:t>
            </w:r>
            <w:proofErr w:type="spellEnd"/>
          </w:p>
        </w:tc>
      </w:tr>
    </w:tbl>
    <w:p w14:paraId="5797CBC1" w14:textId="77777777" w:rsidR="00C83DF8" w:rsidRDefault="00000000">
      <w:pPr>
        <w:spacing w:after="0" w:line="360" w:lineRule="auto"/>
        <w:ind w:firstLine="480"/>
        <w:jc w:val="both"/>
      </w:pPr>
      <w:proofErr w:type="spellStart"/>
      <w:r>
        <w:rPr>
          <w:b/>
          <w:color w:val="000000"/>
        </w:rPr>
        <w:t>四、比赛模块与时间</w:t>
      </w:r>
      <w:proofErr w:type="spellEnd"/>
    </w:p>
    <w:p w14:paraId="7BA3140A" w14:textId="353388D5" w:rsidR="00C83DF8" w:rsidRDefault="00F135BB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hint="eastAsia"/>
          <w:color w:val="000000"/>
          <w:lang w:eastAsia="zh-CN"/>
        </w:rPr>
        <w:t>1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计算机二维绘图：考试题型为绘图题，根据给定的船体图样资料完成要求图样的绘制，考试时间</w:t>
      </w:r>
      <w:r>
        <w:rPr>
          <w:color w:val="000000"/>
          <w:lang w:eastAsia="zh-CN"/>
        </w:rPr>
        <w:t>120</w:t>
      </w:r>
      <w:r>
        <w:rPr>
          <w:color w:val="000000"/>
          <w:lang w:eastAsia="zh-CN"/>
        </w:rPr>
        <w:t>分钟，满分</w:t>
      </w:r>
      <w:r>
        <w:rPr>
          <w:color w:val="000000"/>
          <w:lang w:eastAsia="zh-CN"/>
        </w:rPr>
        <w:t>100</w:t>
      </w:r>
      <w:r>
        <w:rPr>
          <w:color w:val="000000"/>
          <w:lang w:eastAsia="zh-CN"/>
        </w:rPr>
        <w:t>分，考核绘图环境设置、图层设置、绘图与编辑命令的使用等技能。</w:t>
      </w:r>
    </w:p>
    <w:p w14:paraId="3A44B18E" w14:textId="2A6DC4EE" w:rsidR="00C83DF8" w:rsidRDefault="00F135BB">
      <w:pPr>
        <w:spacing w:after="0" w:line="360" w:lineRule="auto"/>
        <w:ind w:firstLine="480"/>
        <w:jc w:val="both"/>
        <w:rPr>
          <w:color w:val="000000"/>
          <w:lang w:eastAsia="zh-CN"/>
        </w:rPr>
      </w:pPr>
      <w:r>
        <w:rPr>
          <w:rFonts w:hint="eastAsia"/>
          <w:color w:val="000000"/>
          <w:lang w:eastAsia="zh-CN"/>
        </w:rPr>
        <w:t>2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竞赛采用</w:t>
      </w:r>
      <w:r>
        <w:rPr>
          <w:color w:val="000000"/>
          <w:lang w:eastAsia="zh-CN"/>
        </w:rPr>
        <w:t>100</w:t>
      </w:r>
      <w:r>
        <w:rPr>
          <w:color w:val="000000"/>
          <w:lang w:eastAsia="zh-CN"/>
        </w:rPr>
        <w:t>分制，分别统计选手个人成绩进行排序。</w:t>
      </w:r>
    </w:p>
    <w:p w14:paraId="78A276AB" w14:textId="77777777" w:rsidR="00E3541B" w:rsidRDefault="00E3541B">
      <w:pPr>
        <w:spacing w:after="0" w:line="360" w:lineRule="auto"/>
        <w:ind w:firstLine="480"/>
        <w:jc w:val="both"/>
        <w:rPr>
          <w:color w:val="000000"/>
          <w:lang w:eastAsia="zh-CN"/>
        </w:rPr>
      </w:pPr>
    </w:p>
    <w:p w14:paraId="785C5A0B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b/>
          <w:color w:val="000000"/>
          <w:lang w:eastAsia="zh-CN"/>
        </w:rPr>
        <w:lastRenderedPageBreak/>
        <w:t>五、比赛规则与要求</w:t>
      </w:r>
    </w:p>
    <w:p w14:paraId="09F74073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1.</w:t>
      </w:r>
      <w:r>
        <w:rPr>
          <w:color w:val="000000"/>
          <w:lang w:eastAsia="zh-CN"/>
        </w:rPr>
        <w:t>参赛选手凭参赛证、身份证、学生证检录入场，提前</w:t>
      </w:r>
      <w:r>
        <w:rPr>
          <w:color w:val="000000"/>
          <w:lang w:eastAsia="zh-CN"/>
        </w:rPr>
        <w:t>30</w:t>
      </w:r>
      <w:r>
        <w:rPr>
          <w:color w:val="000000"/>
          <w:lang w:eastAsia="zh-CN"/>
        </w:rPr>
        <w:t>分钟到达赛场，迟到</w:t>
      </w:r>
      <w:r>
        <w:rPr>
          <w:color w:val="000000"/>
          <w:lang w:eastAsia="zh-CN"/>
        </w:rPr>
        <w:t>15</w:t>
      </w:r>
      <w:r>
        <w:rPr>
          <w:color w:val="000000"/>
          <w:lang w:eastAsia="zh-CN"/>
        </w:rPr>
        <w:t>分钟以上按弃权处理。</w:t>
      </w:r>
    </w:p>
    <w:p w14:paraId="6D703758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2.</w:t>
      </w:r>
      <w:r>
        <w:rPr>
          <w:color w:val="000000"/>
          <w:lang w:eastAsia="zh-CN"/>
        </w:rPr>
        <w:t>严禁携带手机等通讯工具、移动存储器、照相器材及与竞赛无关的用品入场，违者取消参赛资格。</w:t>
      </w:r>
    </w:p>
    <w:p w14:paraId="05081452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3.</w:t>
      </w:r>
      <w:r>
        <w:rPr>
          <w:color w:val="000000"/>
          <w:lang w:eastAsia="zh-CN"/>
        </w:rPr>
        <w:t>选手在赛场操作期间须遵守赛场纪律和安全操作规程，爱护设备设施，接受裁判和工作人员的监督，不得擅自改变设备初始设置。</w:t>
      </w:r>
    </w:p>
    <w:p w14:paraId="22005041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4.</w:t>
      </w:r>
      <w:r>
        <w:rPr>
          <w:color w:val="000000"/>
          <w:lang w:eastAsia="zh-CN"/>
        </w:rPr>
        <w:t>比赛时间终了，选手应全体起立，结束操作，经工作人员清点资料后方可离场，不得带走任何资料。</w:t>
      </w:r>
    </w:p>
    <w:p w14:paraId="01138584" w14:textId="77777777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5.</w:t>
      </w:r>
      <w:r>
        <w:rPr>
          <w:color w:val="000000"/>
          <w:lang w:eastAsia="zh-CN"/>
        </w:rPr>
        <w:t>竞赛过程中如遇设备或软件故障，选手应立即举手示意，经裁判确认后予以补时处理；因设备故障造成的时间损失予以补时，因选手操作不当造成成果丢失的由选手自行承担。</w:t>
      </w:r>
    </w:p>
    <w:p w14:paraId="64F5B965" w14:textId="43374268" w:rsidR="00C83DF8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6.</w:t>
      </w:r>
      <w:r>
        <w:rPr>
          <w:color w:val="000000"/>
          <w:lang w:eastAsia="zh-CN"/>
        </w:rPr>
        <w:t>参赛</w:t>
      </w:r>
      <w:r w:rsidR="00711671">
        <w:rPr>
          <w:rFonts w:hint="eastAsia"/>
          <w:color w:val="000000"/>
          <w:lang w:eastAsia="zh-CN"/>
        </w:rPr>
        <w:t>人员</w:t>
      </w:r>
      <w:r>
        <w:rPr>
          <w:color w:val="000000"/>
          <w:lang w:eastAsia="zh-CN"/>
        </w:rPr>
        <w:t>若有异议，可由</w:t>
      </w:r>
      <w:r w:rsidR="00711671">
        <w:rPr>
          <w:rFonts w:hint="eastAsia"/>
          <w:color w:val="000000"/>
          <w:lang w:eastAsia="zh-CN"/>
        </w:rPr>
        <w:t>指导教师</w:t>
      </w:r>
      <w:r>
        <w:rPr>
          <w:color w:val="000000"/>
          <w:lang w:eastAsia="zh-CN"/>
        </w:rPr>
        <w:t>在比赛结束后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小时内向仲裁组提出书面申诉。</w:t>
      </w:r>
    </w:p>
    <w:p w14:paraId="41D64A7C" w14:textId="77777777" w:rsidR="00C83DF8" w:rsidRDefault="00000000">
      <w:pPr>
        <w:spacing w:before="120" w:line="360" w:lineRule="auto"/>
        <w:jc w:val="right"/>
        <w:rPr>
          <w:lang w:eastAsia="zh-CN"/>
        </w:rPr>
      </w:pPr>
      <w:proofErr w:type="gramStart"/>
      <w:r>
        <w:rPr>
          <w:color w:val="000000"/>
          <w:lang w:eastAsia="zh-CN"/>
        </w:rPr>
        <w:t>教务处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船舶与智能制造学院</w:t>
      </w:r>
      <w:proofErr w:type="gramEnd"/>
    </w:p>
    <w:p w14:paraId="54F4407A" w14:textId="143A6339" w:rsidR="00C83DF8" w:rsidRDefault="00000000">
      <w:pPr>
        <w:spacing w:before="120" w:line="360" w:lineRule="auto"/>
        <w:jc w:val="right"/>
      </w:pPr>
      <w:r>
        <w:rPr>
          <w:color w:val="000000"/>
        </w:rPr>
        <w:t>2026</w:t>
      </w:r>
      <w:r>
        <w:rPr>
          <w:color w:val="000000"/>
        </w:rPr>
        <w:t>年</w:t>
      </w:r>
      <w:r>
        <w:rPr>
          <w:color w:val="000000"/>
        </w:rPr>
        <w:t>1</w:t>
      </w:r>
      <w:r w:rsidR="003D0539">
        <w:rPr>
          <w:rFonts w:hint="eastAsia"/>
          <w:color w:val="000000"/>
          <w:lang w:eastAsia="zh-CN"/>
        </w:rPr>
        <w:t>1</w:t>
      </w:r>
      <w:r>
        <w:rPr>
          <w:color w:val="000000"/>
        </w:rPr>
        <w:t>月</w:t>
      </w:r>
    </w:p>
    <w:sectPr w:rsidR="00C83DF8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方正小标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7428895">
    <w:abstractNumId w:val="8"/>
  </w:num>
  <w:num w:numId="2" w16cid:durableId="1982230780">
    <w:abstractNumId w:val="6"/>
  </w:num>
  <w:num w:numId="3" w16cid:durableId="638387629">
    <w:abstractNumId w:val="5"/>
  </w:num>
  <w:num w:numId="4" w16cid:durableId="61367512">
    <w:abstractNumId w:val="4"/>
  </w:num>
  <w:num w:numId="5" w16cid:durableId="870916514">
    <w:abstractNumId w:val="7"/>
  </w:num>
  <w:num w:numId="6" w16cid:durableId="591671033">
    <w:abstractNumId w:val="3"/>
  </w:num>
  <w:num w:numId="7" w16cid:durableId="177352845">
    <w:abstractNumId w:val="2"/>
  </w:num>
  <w:num w:numId="8" w16cid:durableId="743602653">
    <w:abstractNumId w:val="1"/>
  </w:num>
  <w:num w:numId="9" w16cid:durableId="590697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3754"/>
    <w:rsid w:val="00282062"/>
    <w:rsid w:val="0029639D"/>
    <w:rsid w:val="002A5FB8"/>
    <w:rsid w:val="00314FB6"/>
    <w:rsid w:val="00326F90"/>
    <w:rsid w:val="003D0539"/>
    <w:rsid w:val="003E0600"/>
    <w:rsid w:val="00500063"/>
    <w:rsid w:val="006F607C"/>
    <w:rsid w:val="00711671"/>
    <w:rsid w:val="00724173"/>
    <w:rsid w:val="00832CCC"/>
    <w:rsid w:val="00952257"/>
    <w:rsid w:val="00AA1D8D"/>
    <w:rsid w:val="00B30BAA"/>
    <w:rsid w:val="00B47730"/>
    <w:rsid w:val="00C62D5A"/>
    <w:rsid w:val="00C83DF8"/>
    <w:rsid w:val="00CB0664"/>
    <w:rsid w:val="00D05580"/>
    <w:rsid w:val="00E3541B"/>
    <w:rsid w:val="00F135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E1F96"/>
  <w14:defaultImageDpi w14:val="300"/>
  <w15:docId w15:val="{B8D97617-CD0A-48E2-A7B7-78B2EC49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宋体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522</Words>
  <Characters>596</Characters>
  <Application>Microsoft Office Word</Application>
  <DocSecurity>0</DocSecurity>
  <Lines>49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高倩</cp:lastModifiedBy>
  <cp:revision>14</cp:revision>
  <dcterms:created xsi:type="dcterms:W3CDTF">2013-12-23T23:15:00Z</dcterms:created>
  <dcterms:modified xsi:type="dcterms:W3CDTF">2026-11-03T00:49:00Z</dcterms:modified>
  <cp:category/>
</cp:coreProperties>
</file>